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הקטעים של מסע פנימה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הקטעים השונים באתר ואת הנושאים המרכזיים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ספרותיים - שיר, סיפור, מאמר הגות, משל, מכתב, 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אישית על רעיונות של האטה, צמיחה פנימית ומנוחה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הדובון שלא רצה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פנס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הקטע 'עץ בחורף' הוא שיר, לא מאמר הגות.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הרעיון המרכזי של הקטע.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שם הקטע והנושא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(אור בתוך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(תשומת לב לרגעים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(מסע אל עצמי)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שם קטע מדויק ואת הנושא המרכזי שלו כפי שמתואר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שם קטע נכון וסוג ספרותי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רעיון הקשור להאטה, צמיחה סמויה, שקט, מנוחה או חוסן יתקבל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תשובה נכונה - חשוב לכבד כל בחירה כולל דילוג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הדף, להזכיר שמותר לדלג על שאלות שמעוררות תחושה כבדה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מרצון בלבד, במיוחד בחלקי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לשתי פגישות - חלק הבנה בפגישה אחת וכתיבה אישית בפגישה נפרדת ורגועה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הקטעים של מסע פנימה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'מסע פנימה' יש אוסף של ארבעה עשר קטעים קצרים, שכולם עוסקים בעולם הפנימי שלנו - בחורף כמשל להאטה, בצמיחה שלא רואים מבחוץ, בשקט ובמנוחה. כל קטע שייך לסוג ספרותי מסוים ויש לו נושא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עצמנו  ·  משל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קטע הוא 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הדובון שלא רצה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קטע מככב פנס קטן כסמל לאור פנימי?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פנס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 לעצמי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'עץ בחורף' הוא מאמר הגות.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בקטע 'גחלת' נאמר שגם כשנדמה שהאש כבתה, נשארת בנו גחלת.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שם הקטע והנושא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החורף לא ממהר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אור בתוך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מסע אל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יומן של יום גשום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מסע בלי מזוודה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תשומת לב לרגעים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הקטע 'הדובון שלא רצה לישון' הוא __________ על מנוחה וכוח.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בקטע 'מכתב לעצמי' אנחנו כותבים מכתב אל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קטע אחד מהרשימה וכתבו במשפט אחד במה הוא עוסק.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שם של קטע אחד וציינו את הסוג הספרותי שלו (שיר, סיפור, מאמר וכו')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רעיון אחד שלמדתם מאחד הקטעים על חורף או על צמיחה פנימית?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הקטעים של מסע פנימה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