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הקטעים של מסע פנימה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הקטעים השונים באתר ואת הנושאים המרכזיים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טקסטים ספרותיים - שיר, סיפור, מאמר הגות, משל, מכתב, 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אישית על רעיונות של האטה, צמיחה פנימית ומנוחה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הדובון שלא רצה לישון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פנס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צמיחה סמויה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מכתב לעצמי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רגע של שקט כפוי הופך להזדמנות לגלות את העולם הפנימי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שניהם עוסקים בצמיחה סמויה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הקטע 'עץ בחורף' הוא שיר, לא מאמר הגות.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הרעיון המרכזי של הקטע.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'שלולית' הוא סיפור קצר.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הנושא של הקטע.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אלה שני הקולות שמוזכרים בקטע.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שם הקטע והנושא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(אור בתוך החושך)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(תשומת לב לרגעים קטנים)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(מסע אל 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(שקט פנימי)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(השתקפות והסתכלות פנימה)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מאמר הגות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מעודד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פשוטה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שמזכירה שם קטע מדויק ואת הנושא המרכזי שלו כפי שמתואר בדף.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חיבור לרעיון הצמיחה הסמויה, כנות אישית ומשפט תומך; לזכור שהשיתוף הוא מרצון ואין תשובה נכונה או לא נכונה.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שם קטע נכון וסוג ספרותי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רעיון הקשור להאטה, צמיחה סמויה, שקט, מנוחה או חוסן יתקבל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אין תשובה נכונה - חשוב לכבד כל בחירה כולל דילוג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תחילת הדף, להזכיר שמותר לדלג על שאלות שמעוררות תחושה כבדה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מרצון בלבד, במיוחד בחלקי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לשתי פגישות - חלק הבנה בפגישה אחת וכתיבה אישית בפגישה נפרדת ורגועה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הקטעים של מסע פנימה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'מסע פנימה' יש אוסף של ארבעה עשר קטעים קצרים, שכולם עוסקים בעולם הפנימי שלנו - בחורף כמשל להאטה, בצמיחה שלא רואים מבחוץ, בשקט ובמנוחה. כל קטע שייך לסוג ספרותי מסוים ויש לו נושא משלו.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קטע הוא משל?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הדובון שלא רצה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גחלת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קטע מככב פנס קטן כסמל לאור פנימי?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פנס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לעצמי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הסערה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הנושא המרכזי של הקטע 'מתחת לאדמה'?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צמיחה סמויה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שקט פנימי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מנוחה וכוח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חום פנימי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קטע כתוב בצורת 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יומן של יום גשום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לעצמי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גחלת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בסיפור הקצר 'כשהאינטרנט נפל'?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רגע של שקט כפוי הופך להזדמנות לגלות את העולם הפנימי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 הולך לטייל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מישהו כותב מכתב לעצמו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משפחה חוגגת 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משותף לקטעים 'עץ בחורף' ו'מתחת לאדמה'?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עוסקים בצמיחה סמויה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יומנים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עוסקים במנוחה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מכתבים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'עץ בחורף' הוא מאמר הגות.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בקטע 'גחלת' נאמר שגם כשנדמה שהאש כבתה, נשארת בנו גחלת.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'שלולית' הוא שיר.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'אחרי הסערה' עוסק בהתחדשות ובחוסן.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'שני קולות' מדבר על קול ביקורתי וקול מעודד שבתוכנו.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שם הקטע והנושא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החורף לא ממהר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השתקפות והסתכלות פנימה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פנס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יומן של יום גשום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מסע אל 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מסע בלי מזוודה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שקט פנימי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אור בתוך החושך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תשומת לב לרגעים קטנים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הקטע 'הדובון שלא רצה לישון' הוא __________ על מנוחה וכוח.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בקטע 'מכתב לעצמי' אנחנו כותבים מכתב אל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'גחלת' הוא קטע מסוג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בקטע 'שני קולות' יש בתוכנו קול ביקורתי וקול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קטע באתר אפשר לקרוא בגרסה מלאה או בגרסה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קטע אחד מהרשימה וכתבו במשפט אחד במה הוא עוסק.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על רגע שבו גיליתם בעצמכם 'צמיחה סמויה' - משהו שהתחזק בפנים לפני שראו אותו מבחוץ.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שם של קטע אחד וציינו את הסוג הספרותי שלו (שיר, סיפור, מאמר וכו')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רעיון אחד שלמדתם מאחד הקטעים על חורף או על צמיחה פנימית?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קטע הכי דיבר אליכם, ולמה (אפשר גם לדלג על השאלה)?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הקטעים של מסע פנימה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